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110" w:type="dxa"/>
              <w:left w:w="120" w:type="dxa"/>
              <w:bottom w:w="9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Let It Grow!</w:t>
            </w:r>
          </w:p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24"/>
              </w:rPr>
              <w:t>How Do Different Liquids Affect Plant Growth?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C9A84C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Avante Science  •  Elementary Science Fair  •  Life Science &amp; Plant Biology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9300"/>
      </w:tblGrid>
      <w:tr>
        <w:trPr>
          <w:trHeight w:val="1368" w:hRule="atLeast"/>
        </w:trPr>
        <w:tc>
          <w:tcPr>
            <w:tcW w:type="dxa" w:w="15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7240" cy="7772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00"/>
            <w:shd w:val="clear" w:color="auto" w:fill="FBF1DD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60" w:type="dxa"/>
              <w:left w:w="160" w:type="dxa"/>
              <w:bottom w:w="60" w:type="dxa"/>
              <w:right w:w="120" w:type="dxa"/>
            </w:tcMar>
            <w:vAlign w:val="center"/>
          </w:tcPr>
          <w:p>
            <w:pPr>
              <w:spacing w:after="40" w:before="0" w:line="240" w:lineRule="auto"/>
            </w:pPr>
            <w:r>
              <w:rPr>
                <w:rFonts w:ascii="Arial" w:hAnsi="Arial" w:eastAsia="Arial"/>
                <w:b/>
                <w:i w:val="0"/>
                <w:color w:val="9C6B15"/>
                <w:sz w:val="23"/>
              </w:rPr>
              <w:t>📺  Intro Video</w:t>
            </w:r>
          </w:p>
          <w:p>
            <w:pPr>
              <w:spacing w:after="2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Scan the QR code with a phone or tablet, or visit: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F4E9E"/>
                <w:sz w:val="19"/>
              </w:rPr>
              <w:t>https://www.youtube.com/watch?v=t4mFBsj6tR4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🔎  Background — What's Going On?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Isn't it amazing that a dry pinto bean can grow into a plant? Beans are actually seeds, and when they're around water, they come alive in a process called germination. During germination, a seed grows roots to find nutrients and water, and begins forming a brand-new plant.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But not all liquids are the same — the liquid you soak a bean in can change whether it grows well, grows a little, or doesn't grow at all. In this experiment, you'll soak pinto beans in five different liquids and see which one helps them germinate best.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❓  Scientific Question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Which liquid helps a pinto bean germinate best?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💡  Hypothesis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Make a prediction about how different liquids will change the germination of a pinto bean.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I predict ________________________ will make the most pinto beans germinate. I predict ________________________ will make the beans grow the longest sprouts.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🧰  Materials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10 pinto beans per liquid (50 total)</w:t>
            </w:r>
          </w:p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5 bowls</w:t>
            </w:r>
          </w:p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Water and 4 other liquids from home (soda, orange juice, milk, sugar water, salt water — anything you like!)</w:t>
            </w:r>
          </w:p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 ruler, tape, and 5 plastic zip-top bags</w:t>
            </w:r>
          </w:p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 sunny window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9C3B15"/>
                <w:sz w:val="20"/>
              </w:rPr>
              <w:t xml:space="preserve">⚠️  Safety: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Ask an adult before using any liquid from the kitchen, and wash your hands afterward. Ask an adult before you begin, and clean up when you finish.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🔬  Let's Experiment! — Step by Step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1.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Put 10 beans into each of 5 bowls.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2.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Choose water and 4 other liquids to test.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3.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Pour a different liquid into each bowl, making sure the beans are fully covered.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4.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Leave the beans in the liquids overnight.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5.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In the morning, wet a paper towel with water and place it inside a zip-top bag — one bag for each liquid.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6.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Label each bag with the name of its liquid.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7.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Pour the liquid out of one bowl, rinse the beans with water, and place them in their labeled bag. Repeat for the rest of the bowls.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8.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Tape the bags to a window where they'll get some light.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9.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After 2–3 days, take the bags down — it's time to see what happened!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10.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Record how many beans sprouted in each bag and how long the longest sprout is.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5" w:type="dxa"/>
              <w:left w:w="120" w:type="dxa"/>
              <w:bottom w:w="45" w:type="dxa"/>
              <w:right w:w="120" w:type="dxa"/>
            </w:tcMar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</w:tcPr>
          <w:p>
            <w:pPr>
              <w:keepNext/>
              <w:spacing w:after="20" w:before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📊  Data Table — Record Your Results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2700"/>
        <w:gridCol w:w="2700"/>
        <w:gridCol w:w="2700"/>
        <w:gridCol w:w="2700"/>
      </w:tblGrid>
      <w:tr>
        <w:trPr>
          <w:cantSplit/>
        </w:trPr>
        <w:tc>
          <w:tcPr>
            <w:tcW w:type="dxa" w:w="27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Liquid</w:t>
            </w:r>
          </w:p>
        </w:tc>
        <w:tc>
          <w:tcPr>
            <w:tcW w:type="dxa" w:w="27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Beans That Sprouted</w:t>
            </w:r>
          </w:p>
        </w:tc>
        <w:tc>
          <w:tcPr>
            <w:tcW w:type="dxa" w:w="27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Beans I Started With</w:t>
            </w:r>
          </w:p>
        </w:tc>
        <w:tc>
          <w:tcPr>
            <w:tcW w:type="dxa" w:w="27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Length of Longest Sprout</w:t>
            </w:r>
          </w:p>
        </w:tc>
      </w:tr>
      <w:tr>
        <w:trPr>
          <w:trHeight w:val="403" w:hRule="atLeast"/>
          <w:cantSplit/>
        </w:trPr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Water</w:t>
            </w: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Liquid #2: __________</w:t>
            </w: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Liquid #3: __________</w:t>
            </w: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Liquid #4: __________</w:t>
            </w: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Liquid #5: __________</w:t>
            </w: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27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✏️  Conclusion — What Did You Find?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/>
                <w:color w:val="1A1A1A"/>
                <w:sz w:val="20"/>
              </w:rPr>
              <w:t>Use this fill-in template to write your conclusion. Answer in complete sentences.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This experiment tested how ________________________ would affect ________________________.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The results show that ________________________ caused the most beans to sprout.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My prediction was ________________________. As you can see from the data, this prediction was ____________ (correct / incorrect).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🌟  Bonus Challenge (Optional)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Try growing one more batch of beans in a dark closet instead of near a window. Does light change how well they grow?</w:t>
            </w:r>
          </w:p>
        </w:tc>
      </w:tr>
    </w:tbl>
    <w:p>
      <w:pPr>
        <w:spacing w:after="0" w:before="0" w:line="8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Avante Science  |  avantescience.org  |  Empowering young minds through equitable, hands-on science education</w:t>
            </w:r>
          </w:p>
        </w:tc>
      </w:tr>
    </w:tbl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