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110" w:type="dxa"/>
              <w:left w:w="120" w:type="dxa"/>
              <w:bottom w:w="90" w:type="dxa"/>
              <w:right w:w="120" w:type="dxa"/>
            </w:tcMar>
          </w:tcPr>
          <w:p>
            <w:pPr>
              <w:keepNext/>
              <w:spacing w:after="20" w:before="0" w:line="240" w:lineRule="auto"/>
              <w:jc w:val="center"/>
            </w:pPr>
            <w:r>
              <w:rPr>
                <w:rFonts w:ascii="Arial" w:hAnsi="Arial" w:eastAsia="Arial"/>
                <w:b/>
                <w:i w:val="0"/>
                <w:color w:val="FFFFFF"/>
                <w:sz w:val="40"/>
              </w:rPr>
              <w:t>Build a Boat!</w:t>
            </w:r>
          </w:p>
          <w:p>
            <w:pPr>
              <w:keepNext/>
              <w:spacing w:after="20" w:before="0" w:line="240" w:lineRule="auto"/>
              <w:jc w:val="center"/>
            </w:pPr>
            <w:r>
              <w:rPr>
                <w:rFonts w:ascii="Arial" w:hAnsi="Arial" w:eastAsia="Arial"/>
                <w:b w:val="0"/>
                <w:i w:val="0"/>
                <w:color w:val="FFFFFF"/>
                <w:sz w:val="24"/>
              </w:rPr>
              <w:t>What Shape Holds the Most Weight?</w:t>
            </w:r>
          </w:p>
        </w:tc>
      </w:tr>
    </w:tbl>
    <w:tbl>
      <w:tblPr>
        <w:tblW w:type="dxa" w:w="10800"/>
        <w:tblLayout w:type="fixed"/>
        <w:tblLook w:firstColumn="1" w:firstRow="1" w:lastColumn="0" w:lastRow="0" w:noHBand="0" w:noVBand="1" w:val="04A0"/>
        <w:tblInd w:w="0" w:type="dxa"/>
      </w:tblPr>
      <w:tblGrid>
        <w:gridCol w:w="10800"/>
      </w:tblGrid>
      <w:tr>
        <w:tc>
          <w:tcPr>
            <w:tcW w:type="dxa" w:w="10800"/>
            <w:shd w:val="clear" w:color="auto" w:fill="C9A84C"/>
            <w:tcMar>
              <w:top w:w="40" w:type="dxa"/>
              <w:left w:w="120" w:type="dxa"/>
              <w:bottom w:w="40" w:type="dxa"/>
              <w:right w:w="120" w:type="dxa"/>
            </w:tcMar>
          </w:tcPr>
          <w:p>
            <w:pPr>
              <w:keepNext/>
              <w:spacing w:after="20" w:before="0" w:line="240" w:lineRule="auto"/>
              <w:jc w:val="center"/>
            </w:pPr>
            <w:r>
              <w:rPr>
                <w:rFonts w:ascii="Arial" w:hAnsi="Arial" w:eastAsia="Arial"/>
                <w:b/>
                <w:i w:val="0"/>
                <w:color w:val="FFFFFF"/>
                <w:sz w:val="19"/>
              </w:rPr>
              <w:t>Avante Science  •  Elementary Science Fair  •  Engineering &amp; Design</w:t>
            </w:r>
          </w:p>
        </w:tc>
      </w:tr>
    </w:tbl>
    <w:p>
      <w:pPr>
        <w:spacing w:after="0" w:before="0" w:line="60" w:lineRule="exact"/>
      </w:pPr>
    </w:p>
    <w:tbl>
      <w:tblPr>
        <w:tblW w:type="dxa" w:w="10800"/>
        <w:tblLayout w:type="fixed"/>
        <w:tblLook w:firstColumn="1" w:firstRow="1" w:lastColumn="0" w:lastRow="0" w:noHBand="0" w:noVBand="1" w:val="04A0"/>
        <w:tblInd w:w="0" w:type="dxa"/>
      </w:tblPr>
      <w:tblGrid>
        <w:gridCol w:w="1500"/>
        <w:gridCol w:w="9300"/>
      </w:tblGrid>
      <w:tr>
        <w:trPr>
          <w:trHeight w:val="1368" w:hRule="atLeast"/>
        </w:trPr>
        <w:tc>
          <w:tcPr>
            <w:tcW w:type="dxa" w:w="1500"/>
            <w:shd w:val="clear" w:color="auto" w:fill="FFFFFF"/>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spacing w:after="0" w:before="0" w:line="240" w:lineRule="auto"/>
              <w:jc w:val="center"/>
            </w:pPr>
            <w:r>
              <w:drawing>
                <wp:inline xmlns:a="http://schemas.openxmlformats.org/drawingml/2006/main" xmlns:pic="http://schemas.openxmlformats.org/drawingml/2006/picture">
                  <wp:extent cx="777240" cy="77724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77240" cy="777240"/>
                          </a:xfrm>
                          <a:prstGeom prst="rect"/>
                        </pic:spPr>
                      </pic:pic>
                    </a:graphicData>
                  </a:graphic>
                </wp:inline>
              </w:drawing>
            </w:r>
          </w:p>
        </w:tc>
        <w:tc>
          <w:tcPr>
            <w:tcW w:type="dxa" w:w="9300"/>
            <w:shd w:val="clear" w:color="auto" w:fill="FBF1DD"/>
            <w:tcBorders>
              <w:top w:val="single" w:sz="4" w:color="E3C989"/>
              <w:left w:val="single" w:sz="4" w:color="E3C989"/>
              <w:bottom w:val="single" w:sz="4" w:color="E3C989"/>
              <w:right w:val="single" w:sz="4" w:color="E3C989"/>
            </w:tcBorders>
            <w:tcMar>
              <w:top w:w="60" w:type="dxa"/>
              <w:left w:w="160" w:type="dxa"/>
              <w:bottom w:w="60" w:type="dxa"/>
              <w:right w:w="120" w:type="dxa"/>
            </w:tcMar>
            <w:vAlign w:val="center"/>
          </w:tcPr>
          <w:p>
            <w:pPr>
              <w:spacing w:after="40" w:before="0" w:line="240" w:lineRule="auto"/>
            </w:pPr>
            <w:r>
              <w:rPr>
                <w:rFonts w:ascii="Arial" w:hAnsi="Arial" w:eastAsia="Arial"/>
                <w:b/>
                <w:i w:val="0"/>
                <w:color w:val="9C6B15"/>
                <w:sz w:val="23"/>
              </w:rPr>
              <w:t>📺  Intro Video</w:t>
            </w:r>
          </w:p>
          <w:p>
            <w:pPr>
              <w:spacing w:after="20" w:before="0" w:line="240" w:lineRule="auto"/>
            </w:pPr>
            <w:r>
              <w:rPr>
                <w:rFonts w:ascii="Arial" w:hAnsi="Arial" w:eastAsia="Arial"/>
                <w:b w:val="0"/>
                <w:i w:val="0"/>
                <w:color w:val="1A1A1A"/>
                <w:sz w:val="20"/>
              </w:rPr>
              <w:t>Scan the QR code with a phone or tablet, or visit:</w:t>
            </w:r>
          </w:p>
          <w:p>
            <w:pPr>
              <w:spacing w:after="0" w:before="0" w:line="240" w:lineRule="auto"/>
            </w:pPr>
            <w:r>
              <w:rPr>
                <w:rFonts w:ascii="Arial" w:hAnsi="Arial" w:eastAsia="Arial"/>
                <w:b w:val="0"/>
                <w:i w:val="0"/>
                <w:color w:val="1F4E9E"/>
                <w:sz w:val="19"/>
              </w:rPr>
              <w:t>https://www.youtube.com/watch?v=2eMgzER3eVU</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Background — What's Going On?</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val="0"/>
                <w:color w:val="1A1A1A"/>
                <w:sz w:val="20"/>
              </w:rPr>
              <w:t>Have you ever wondered how boats float? Even heavy cargo ships stay afloat, carrying tons of weight on top of the water! Boats come in many shapes. Some are built to be fast, and some are built to be strong and hold a lot of weight.</w:t>
            </w:r>
          </w:p>
          <w:p>
            <w:pPr>
              <w:spacing w:after="60" w:before="0" w:line="240" w:lineRule="auto"/>
            </w:pPr>
            <w:r>
              <w:rPr>
                <w:rFonts w:ascii="Arial" w:hAnsi="Arial" w:eastAsia="Arial"/>
                <w:b w:val="0"/>
                <w:i w:val="0"/>
                <w:color w:val="1A1A1A"/>
                <w:sz w:val="20"/>
              </w:rPr>
              <w:t>In this experiment, you'll build four different boat shapes out of aluminum foil and test how much weight each one can hold before it sinks. Would you build a flat boat like a barge, or a deep boat like a fishing boat? Let's find out which shape works best!</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Scientific Question</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0" w:before="0" w:line="240" w:lineRule="auto"/>
            </w:pPr>
            <w:r>
              <w:rPr>
                <w:rFonts w:ascii="Arial" w:hAnsi="Arial" w:eastAsia="Arial"/>
                <w:b w:val="0"/>
                <w:i w:val="0"/>
                <w:color w:val="1A1A1A"/>
                <w:sz w:val="20"/>
              </w:rPr>
              <w:t>What shape of boat can hold the most weight before it sinks?</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Hypothesis</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val="0"/>
                <w:color w:val="1A1A1A"/>
                <w:sz w:val="20"/>
              </w:rPr>
              <w:t>Think about different boat shapes you've seen. Which one do you think will hold the most weight?</w:t>
            </w:r>
          </w:p>
          <w:p>
            <w:pPr>
              <w:spacing w:after="60" w:before="0" w:line="240" w:lineRule="auto"/>
            </w:pPr>
            <w:r>
              <w:rPr>
                <w:rFonts w:ascii="Arial" w:hAnsi="Arial" w:eastAsia="Arial"/>
                <w:b w:val="0"/>
                <w:i w:val="0"/>
                <w:color w:val="1A1A1A"/>
                <w:sz w:val="20"/>
              </w:rPr>
              <w:t>I think a boat with a ____________________ shape will hold the most weight. I think this because ________________________.</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Materials</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4 sheets of aluminum foil</w:t>
            </w:r>
          </w:p>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A box of paper clips</w:t>
            </w:r>
          </w:p>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A medium-sized container filled with about 3 inches of water</w:t>
            </w:r>
          </w:p>
          <w:p>
            <w:pPr>
              <w:spacing w:after="0" w:before="0" w:line="240" w:lineRule="auto"/>
            </w:pPr>
            <w:r>
              <w:rPr>
                <w:rFonts w:ascii="Arial" w:hAnsi="Arial" w:eastAsia="Arial"/>
                <w:b/>
                <w:i w:val="0"/>
                <w:color w:val="9C3B15"/>
                <w:sz w:val="20"/>
              </w:rPr>
              <w:t xml:space="preserve">⚠️  Safety: </w:t>
            </w:r>
            <w:r>
              <w:rPr>
                <w:rFonts w:ascii="Arial" w:hAnsi="Arial" w:eastAsia="Arial"/>
                <w:b w:val="0"/>
                <w:i w:val="0"/>
                <w:color w:val="1A1A1A"/>
                <w:sz w:val="20"/>
              </w:rPr>
              <w:t>Do this experiment over a towel or tray in case of splashes. Ask an adult before you begin, and clean up when you finish.</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Let's Experiment! — Step by Step</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40" w:before="0" w:line="240" w:lineRule="auto"/>
              <w:ind w:left="320" w:hanging="280"/>
            </w:pPr>
            <w:r>
              <w:rPr>
                <w:rFonts w:ascii="Arial" w:hAnsi="Arial" w:eastAsia="Arial"/>
                <w:b/>
                <w:i w:val="0"/>
                <w:color w:val="1A1A1A"/>
                <w:sz w:val="20"/>
              </w:rPr>
              <w:t xml:space="preserve">1.  </w:t>
            </w:r>
            <w:r>
              <w:rPr>
                <w:rFonts w:ascii="Arial" w:hAnsi="Arial" w:eastAsia="Arial"/>
                <w:b w:val="0"/>
                <w:i w:val="0"/>
                <w:color w:val="1A1A1A"/>
                <w:sz w:val="20"/>
              </w:rPr>
              <w:t>Fill your container with about 3 inches of water and set it aside.</w:t>
            </w:r>
          </w:p>
          <w:p>
            <w:pPr>
              <w:spacing w:after="40" w:before="0" w:line="240" w:lineRule="auto"/>
              <w:ind w:left="320" w:hanging="280"/>
            </w:pPr>
            <w:r>
              <w:rPr>
                <w:rFonts w:ascii="Arial" w:hAnsi="Arial" w:eastAsia="Arial"/>
                <w:b/>
                <w:i w:val="0"/>
                <w:color w:val="1A1A1A"/>
                <w:sz w:val="20"/>
              </w:rPr>
              <w:t xml:space="preserve">2.  </w:t>
            </w:r>
            <w:r>
              <w:rPr>
                <w:rFonts w:ascii="Arial" w:hAnsi="Arial" w:eastAsia="Arial"/>
                <w:b w:val="0"/>
                <w:i w:val="0"/>
                <w:color w:val="1A1A1A"/>
                <w:sz w:val="20"/>
              </w:rPr>
              <w:t>Use one sheet of aluminum foil to build a boat shape of your own design.</w:t>
            </w:r>
          </w:p>
          <w:p>
            <w:pPr>
              <w:spacing w:after="40" w:before="0" w:line="240" w:lineRule="auto"/>
              <w:ind w:left="320" w:hanging="280"/>
            </w:pPr>
            <w:r>
              <w:rPr>
                <w:rFonts w:ascii="Arial" w:hAnsi="Arial" w:eastAsia="Arial"/>
                <w:b/>
                <w:i w:val="0"/>
                <w:color w:val="1A1A1A"/>
                <w:sz w:val="20"/>
              </w:rPr>
              <w:t xml:space="preserve">3.  </w:t>
            </w:r>
            <w:r>
              <w:rPr>
                <w:rFonts w:ascii="Arial" w:hAnsi="Arial" w:eastAsia="Arial"/>
                <w:b w:val="0"/>
                <w:i w:val="0"/>
                <w:color w:val="1A1A1A"/>
                <w:sz w:val="20"/>
              </w:rPr>
              <w:t>Repeat 3 more times so you have 4 different boat shapes.</w:t>
            </w:r>
          </w:p>
          <w:p>
            <w:pPr>
              <w:spacing w:after="40" w:before="0" w:line="240" w:lineRule="auto"/>
              <w:ind w:left="320" w:hanging="280"/>
            </w:pPr>
            <w:r>
              <w:rPr>
                <w:rFonts w:ascii="Arial" w:hAnsi="Arial" w:eastAsia="Arial"/>
                <w:b/>
                <w:i w:val="0"/>
                <w:color w:val="1A1A1A"/>
                <w:sz w:val="20"/>
              </w:rPr>
              <w:t xml:space="preserve">4.  </w:t>
            </w:r>
            <w:r>
              <w:rPr>
                <w:rFonts w:ascii="Arial" w:hAnsi="Arial" w:eastAsia="Arial"/>
                <w:b w:val="0"/>
                <w:i w:val="0"/>
                <w:color w:val="1A1A1A"/>
                <w:sz w:val="20"/>
              </w:rPr>
              <w:t>Write down what shape you made for each boat in the data table below (for example, “rectangle and flat” or “deep and triangular”).</w:t>
            </w:r>
          </w:p>
          <w:p>
            <w:pPr>
              <w:spacing w:after="40" w:before="0" w:line="240" w:lineRule="auto"/>
              <w:ind w:left="320" w:hanging="280"/>
            </w:pPr>
            <w:r>
              <w:rPr>
                <w:rFonts w:ascii="Arial" w:hAnsi="Arial" w:eastAsia="Arial"/>
                <w:b/>
                <w:i w:val="0"/>
                <w:color w:val="1A1A1A"/>
                <w:sz w:val="20"/>
              </w:rPr>
              <w:t xml:space="preserve">5.  </w:t>
            </w:r>
            <w:r>
              <w:rPr>
                <w:rFonts w:ascii="Arial" w:hAnsi="Arial" w:eastAsia="Arial"/>
                <w:b w:val="0"/>
                <w:i w:val="0"/>
                <w:color w:val="1A1A1A"/>
                <w:sz w:val="20"/>
              </w:rPr>
              <w:t>Place your first boat in the water and make sure it floats.</w:t>
            </w:r>
          </w:p>
          <w:p>
            <w:pPr>
              <w:spacing w:after="40" w:before="0" w:line="240" w:lineRule="auto"/>
              <w:ind w:left="320" w:hanging="280"/>
            </w:pPr>
            <w:r>
              <w:rPr>
                <w:rFonts w:ascii="Arial" w:hAnsi="Arial" w:eastAsia="Arial"/>
                <w:b/>
                <w:i w:val="0"/>
                <w:color w:val="1A1A1A"/>
                <w:sz w:val="20"/>
              </w:rPr>
              <w:t xml:space="preserve">6.  </w:t>
            </w:r>
            <w:r>
              <w:rPr>
                <w:rFonts w:ascii="Arial" w:hAnsi="Arial" w:eastAsia="Arial"/>
                <w:b w:val="0"/>
                <w:i w:val="0"/>
                <w:color w:val="1A1A1A"/>
                <w:sz w:val="20"/>
              </w:rPr>
              <w:t>Slowly add paper clips to the boat, one at a time, until it tips over or sinks. Record how many paper clips it held.</w:t>
            </w:r>
          </w:p>
          <w:p>
            <w:pPr>
              <w:spacing w:after="40" w:before="0" w:line="240" w:lineRule="auto"/>
              <w:ind w:left="320" w:hanging="280"/>
            </w:pPr>
            <w:r>
              <w:rPr>
                <w:rFonts w:ascii="Arial" w:hAnsi="Arial" w:eastAsia="Arial"/>
                <w:b/>
                <w:i w:val="0"/>
                <w:color w:val="1A1A1A"/>
                <w:sz w:val="20"/>
              </w:rPr>
              <w:t xml:space="preserve">7.  </w:t>
            </w:r>
            <w:r>
              <w:rPr>
                <w:rFonts w:ascii="Arial" w:hAnsi="Arial" w:eastAsia="Arial"/>
                <w:b w:val="0"/>
                <w:i w:val="0"/>
                <w:color w:val="1A1A1A"/>
                <w:sz w:val="20"/>
              </w:rPr>
              <w:t>Repeat step 6 for the rest of your boats.</w:t>
            </w:r>
          </w:p>
          <w:p>
            <w:pPr>
              <w:spacing w:after="40" w:before="0" w:line="240" w:lineRule="auto"/>
              <w:ind w:left="320" w:hanging="280"/>
            </w:pPr>
            <w:r>
              <w:rPr>
                <w:rFonts w:ascii="Arial" w:hAnsi="Arial" w:eastAsia="Arial"/>
                <w:b/>
                <w:i w:val="0"/>
                <w:color w:val="1A1A1A"/>
                <w:sz w:val="20"/>
              </w:rPr>
              <w:t xml:space="preserve">8.  </w:t>
            </w:r>
            <w:r>
              <w:rPr>
                <w:rFonts w:ascii="Arial" w:hAnsi="Arial" w:eastAsia="Arial"/>
                <w:b w:val="0"/>
                <w:i w:val="0"/>
                <w:color w:val="1A1A1A"/>
                <w:sz w:val="20"/>
              </w:rPr>
              <w:t>Once you've tested all four boats, test each one again a second time and record the results.</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45" w:type="dxa"/>
              <w:left w:w="120" w:type="dxa"/>
              <w:bottom w:w="45" w:type="dxa"/>
              <w:right w:w="120" w:type="dxa"/>
            </w:tcMar>
            <w:tcBorders>
              <w:top w:val="single" w:sz="4" w:color="E3C989"/>
              <w:left w:val="single" w:sz="4" w:color="E3C989"/>
              <w:bottom w:val="single" w:sz="4" w:color="E3C989"/>
              <w:right w:val="single" w:sz="4" w:color="E3C989"/>
            </w:tcBorders>
          </w:tcPr>
          <w:p>
            <w:pPr>
              <w:keepNext/>
              <w:spacing w:after="20" w:before="0" w:line="240" w:lineRule="auto"/>
              <w:jc w:val="left"/>
            </w:pPr>
            <w:r>
              <w:rPr>
                <w:rFonts w:ascii="Arial" w:hAnsi="Arial" w:eastAsia="Arial"/>
                <w:b/>
                <w:i w:val="0"/>
                <w:color w:val="FFFFFF"/>
                <w:sz w:val="23"/>
              </w:rPr>
              <w:t>📊  Data Table — Record Your Results</w:t>
            </w:r>
          </w:p>
        </w:tc>
      </w:tr>
    </w:tbl>
    <w:tbl>
      <w:tblPr>
        <w:tblW w:type="dxa" w:w="10800"/>
        <w:tblLayout w:type="fixed"/>
        <w:tblLook w:firstColumn="1" w:firstRow="1" w:lastColumn="0" w:lastRow="0" w:noHBand="0" w:noVBand="1" w:val="04A0"/>
        <w:tblInd w:w="0" w:type="dxa"/>
      </w:tblPr>
      <w:tblGrid>
        <w:gridCol w:w="2916"/>
        <w:gridCol w:w="1971"/>
        <w:gridCol w:w="1971"/>
        <w:gridCol w:w="1971"/>
        <w:gridCol w:w="1971"/>
      </w:tblGrid>
      <w:tr>
        <w:trPr>
          <w:cantSplit/>
        </w:trPr>
        <w:tc>
          <w:tcPr>
            <w:tcW w:type="dxa" w:w="2916"/>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Boat Number</w:t>
            </w:r>
          </w:p>
        </w:tc>
        <w:tc>
          <w:tcPr>
            <w:tcW w:type="dxa" w:w="1971"/>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Description of Shape</w:t>
            </w:r>
          </w:p>
        </w:tc>
        <w:tc>
          <w:tcPr>
            <w:tcW w:type="dxa" w:w="1971"/>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Paper Clips (1st Try)</w:t>
            </w:r>
          </w:p>
        </w:tc>
        <w:tc>
          <w:tcPr>
            <w:tcW w:type="dxa" w:w="1971"/>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Paper Clips (2nd Try)</w:t>
            </w:r>
          </w:p>
        </w:tc>
        <w:tc>
          <w:tcPr>
            <w:tcW w:type="dxa" w:w="1971"/>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Average</w:t>
            </w:r>
          </w:p>
        </w:tc>
      </w:tr>
      <w:tr>
        <w:trPr>
          <w:trHeight w:val="403"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1</w:t>
            </w: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403"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2</w:t>
            </w: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403"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3</w:t>
            </w: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403"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pPr>
            <w:r>
              <w:rPr>
                <w:rFonts w:ascii="Arial" w:hAnsi="Arial" w:eastAsia="Arial"/>
                <w:b w:val="0"/>
                <w:i w:val="0"/>
                <w:color w:val="1A1A1A"/>
                <w:sz w:val="18"/>
              </w:rPr>
              <w:t>4</w:t>
            </w: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Conclusion — What Did You Find?</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color w:val="1A1A1A"/>
                <w:sz w:val="20"/>
              </w:rPr>
              <w:t>Use this fill-in template to write your conclusion. Answer in complete sentences.</w:t>
            </w:r>
          </w:p>
          <w:p>
            <w:pPr>
              <w:spacing w:after="60" w:before="0" w:line="240" w:lineRule="auto"/>
            </w:pPr>
            <w:r>
              <w:rPr>
                <w:rFonts w:ascii="Arial" w:hAnsi="Arial" w:eastAsia="Arial"/>
                <w:b w:val="0"/>
                <w:i w:val="0"/>
                <w:color w:val="1A1A1A"/>
                <w:sz w:val="20"/>
              </w:rPr>
              <w:t>This experiment tested how ________________________ would affect ________________________.</w:t>
            </w:r>
          </w:p>
          <w:p>
            <w:pPr>
              <w:spacing w:after="60" w:before="0" w:line="240" w:lineRule="auto"/>
            </w:pPr>
            <w:r>
              <w:rPr>
                <w:rFonts w:ascii="Arial" w:hAnsi="Arial" w:eastAsia="Arial"/>
                <w:b w:val="0"/>
                <w:i w:val="0"/>
                <w:color w:val="1A1A1A"/>
                <w:sz w:val="20"/>
              </w:rPr>
              <w:t>The results show that a ________________________ shape held more weight than a ________________________ shape.</w:t>
            </w:r>
          </w:p>
          <w:p>
            <w:pPr>
              <w:spacing w:after="60" w:before="0" w:line="240" w:lineRule="auto"/>
            </w:pPr>
            <w:r>
              <w:rPr>
                <w:rFonts w:ascii="Arial" w:hAnsi="Arial" w:eastAsia="Arial"/>
                <w:b w:val="0"/>
                <w:i w:val="0"/>
                <w:color w:val="1A1A1A"/>
                <w:sz w:val="20"/>
              </w:rPr>
              <w:t>My prediction was ________________________. As you can see from the data, this prediction was ____________ (correct / incorrect).</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Bonus Challenge (Optional)</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0" w:before="0" w:line="240" w:lineRule="auto"/>
            </w:pPr>
            <w:r>
              <w:rPr>
                <w:rFonts w:ascii="Arial" w:hAnsi="Arial" w:eastAsia="Arial"/>
                <w:b w:val="0"/>
                <w:i w:val="0"/>
                <w:color w:val="1A1A1A"/>
                <w:sz w:val="20"/>
              </w:rPr>
              <w:t>Try adding a paper sail to one of your boats. Does it change how much weight it can hold?</w:t>
            </w:r>
          </w:p>
        </w:tc>
      </w:tr>
    </w:tbl>
    <w:p>
      <w:pPr>
        <w:spacing w:after="0" w:before="0" w:line="8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40" w:type="dxa"/>
              <w:left w:w="120" w:type="dxa"/>
              <w:bottom w:w="40" w:type="dxa"/>
              <w:right w:w="120" w:type="dxa"/>
            </w:tcMar>
          </w:tcPr>
          <w:p>
            <w:pPr>
              <w:keepNext/>
              <w:spacing w:after="20" w:before="0" w:line="240" w:lineRule="auto"/>
              <w:jc w:val="center"/>
            </w:pPr>
            <w:r>
              <w:rPr>
                <w:rFonts w:ascii="Arial" w:hAnsi="Arial" w:eastAsia="Arial"/>
                <w:b/>
                <w:i w:val="0"/>
                <w:color w:val="FFFFFF"/>
                <w:sz w:val="16"/>
              </w:rPr>
              <w:t>Avante Science  |  avantescience.org  |  Empowering young minds through equitable, hands-on science education</w:t>
            </w:r>
          </w:p>
        </w:tc>
      </w:tr>
    </w:tbl>
    <w:sectPr w:rsidR="00FC693F" w:rsidRPr="0006063C" w:rsidSect="00034616">
      <w:pgSz w:w="12240" w:h="15840"/>
      <w:pgMar w:top="648"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