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Keeping Your Tea Hot!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Which Materials Are the Best Insulators?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Elementary Science Fair  •  Physical Science &amp; Heat Transfer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9C9C9C"/>
                <w:sz w:val="17"/>
              </w:rPr>
              <w:t>QR code here</w:t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Intro Video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Scan the QR code, or visit the link below.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Video link: ______________________________________________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Background — What's Going On?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Insulation is the key to keeping things warm or cold, and it's all around us — from the clothes we wear to the walls in our homes. Heat moves through materials in a process called heat transfer, but some materials slow it down better than others. These are called insulators. Foam and fabric trap air, a poor conductor of heat, so they are good insulators. Metals transfer heat quickly, so they are poor insulators.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In this experiment, you'll wrap cups of hot water in different materials and measure which one keeps the water hot the longest.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Scientific Question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Which material can keep water hot the longest?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Hypothesis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Look at the different materials you have and predict which one will keep the water hot the longest.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 predict ________________________ will keep the water hot the longest, and ________________________ will keep it hot for the shortest time.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4 identical cups and a digital thermometer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3 different insulating materials (cotton, bubble wrap, felt, or newspaper)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Rubber bands or tape, a notebook and pencil, and a stopwatch or timer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 microwave (or sunlight, if you don't have one)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Safety: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Ask an adult to heat the water. It will be hot — let it sit a minute and use a towel or oven mitts if the cups feel too warm. Ask an adult before you begin, and clean up when you finish.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Let's Experiment! — Step by Step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Wrap three cups, each with a different insulating material. Leave the fourth cup unwrapped as your control.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Secure each material with rubber bands or tape.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Fill a measuring cup with about 16 ounces of water and microwave it for about 1 minute (ask an adult).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Pour an equal amount of hot water into each of the 4 cups.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Use the thermometer to record each cup's starting temperature. Work quickly so there isn't much time between cups.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Wait 4 minutes, then measure and record each cup again. Keep measuring every 4 minutes for about 30 minutes in total.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Data Table — Record Your Results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Measurement Time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Control (No Insulation)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Insulation #1: ______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Insulation #2: ______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Insulation #3: ______</w:t>
            </w: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Initial Temperature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4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8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12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16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20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24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28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346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After 32 minutes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Conclusion — What Did You Find?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Use this fill-in template to write your conclusion. Answer in complete sentences.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This experiment tested how ________________________ would affect ________________________.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The results show that ________________________ kept the water hottest, and ________________________ was the worst insulator.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My prediction was ________________________. As you can see from the data, this prediction was ____________ (correct / incorrect).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🌟  Bonus Challenge (Optional)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Try testing a material you think will NOT be a good insulator, like metal foil. Were you right?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Empowering young minds through equitable, hands-on science education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