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Mar>
              <w:top w:w="110" w:type="dxa"/>
              <w:left w:w="120" w:type="dxa"/>
              <w:bottom w:w="90" w:type="dxa"/>
              <w:right w:w="120" w:type="dxa"/>
            </w:tcMar>
          </w:tcPr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Pendulum Swing Experiment</w:t>
            </w:r>
          </w:p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24"/>
              </w:rPr>
              <w:t>What Changes How Fast a Pendulum Swings?</w:t>
            </w:r>
          </w:p>
        </w:tc>
      </w:tr>
    </w:tbl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C9A84C"/>
            <w:tcMar>
              <w:top w:w="40" w:type="dxa"/>
              <w:left w:w="120" w:type="dxa"/>
              <w:bottom w:w="40" w:type="dxa"/>
              <w:right w:w="120" w:type="dxa"/>
            </w:tcMar>
          </w:tcPr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Avante Science  •  Elementary Science Fair  •  Physical Science &amp; Motion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9300"/>
      </w:tblGrid>
      <w:tr>
        <w:trPr>
          <w:trHeight w:val="1368" w:hRule="atLeast"/>
        </w:trPr>
        <w:tc>
          <w:tcPr>
            <w:tcW w:type="dxa" w:w="15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77240" cy="77724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00"/>
            <w:shd w:val="clear" w:color="auto" w:fill="FBF1DD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60" w:type="dxa"/>
              <w:left w:w="160" w:type="dxa"/>
              <w:bottom w:w="60" w:type="dxa"/>
              <w:right w:w="120" w:type="dxa"/>
            </w:tcMar>
            <w:vAlign w:val="center"/>
          </w:tcPr>
          <w:p>
            <w:pPr>
              <w:spacing w:after="40" w:before="0" w:line="240" w:lineRule="auto"/>
            </w:pPr>
            <w:r>
              <w:rPr>
                <w:rFonts w:ascii="Arial" w:hAnsi="Arial" w:eastAsia="Arial"/>
                <w:b/>
                <w:i w:val="0"/>
                <w:color w:val="9C6B15"/>
                <w:sz w:val="23"/>
              </w:rPr>
              <w:t>📺  Intro Video</w:t>
            </w:r>
          </w:p>
          <w:p>
            <w:pPr>
              <w:spacing w:after="2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Scan the QR code with a phone or tablet, or visit:</w:t>
            </w:r>
          </w:p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F4E9E"/>
                <w:sz w:val="19"/>
              </w:rPr>
              <w:t>https://www.youtube.com/watch?v=zzi4iPLz2Dw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🔎  Background — What's Going On?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Have you ever watched a playground swing or a grandfather clock and wondered what makes it go back and forth at just the right speed? A pendulum is anything that hangs from a fixed point and swings freely, like a weight on a string. Scientists and engineers have used pendulums for hundreds of years to keep time, because a pendulum's swing follows a very predictable pattern.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But what actually controls how fast it swings? Is it the length of the string? Is it how heavy the weight is? In this experiment, you'll test both, one at a time, to find out which one really changes how many times a pendulum swings in 20 seconds.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❓  Scientific Question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Does the length of a pendulum's string change how fast it swings? Does the amount of weight on the end change it too?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🧰  Materials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String or yarn, small weights, a paper clip, a binder clip, and a timer.</w:t>
            </w:r>
          </w:p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9C3B15"/>
                <w:sz w:val="20"/>
              </w:rPr>
              <w:t xml:space="preserve">⚠️  Safety: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Keep your face back from the swinging weight, and don't use heavy weights. Ask an adult before you begin, and clean up when you finish.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🅰️  Part A: Does string length change the swing?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You will change the string length while keeping the weight exactly the same every time.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Hypothesis: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I predict a __________ (longer / shorter) string will make the pendulum swing more times in 20 seconds. I predict a __________ string will make it swing fewer times, because ________________________.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1.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Build the pendulum: measure a piece of string 24–30 inches long. Open a paper clip so it has a hook on both sides and tie it to one end of the string. Mark the string every 6 inches from the paper clip so you know the pendulum's length.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2.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Add a weight to the paper clip.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3.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Clip the other end of the string to the edge of your desk, or another easy place for the pendulum to hang and swing.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4.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Note the string length and pull the weight back about 6–10 inches from the center.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5.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Let go (don't push!) and start your 20-second timer at the same time.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6.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Count the full back-and-forth swings in 20 seconds and record it.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7.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Repeat 2 more times with the same length, then find the average of the 3 trials.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8.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Clip the string at a new length and repeat steps 4–7. Test at least 4 different lengths using the same weight.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Mar>
              <w:top w:w="45" w:type="dxa"/>
              <w:left w:w="120" w:type="dxa"/>
              <w:bottom w:w="45" w:type="dxa"/>
              <w:right w:w="120" w:type="dxa"/>
            </w:tcMar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</w:tcPr>
          <w:p>
            <w:pPr>
              <w:keepNext/>
              <w:spacing w:after="20" w:before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📊  Data A — Record Your Results</w:t>
            </w:r>
          </w:p>
        </w:tc>
      </w:tr>
    </w:tbl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2916"/>
        <w:gridCol w:w="1971"/>
        <w:gridCol w:w="1971"/>
        <w:gridCol w:w="1971"/>
        <w:gridCol w:w="1971"/>
      </w:tblGrid>
      <w:tr>
        <w:trPr>
          <w:cantSplit/>
        </w:trPr>
        <w:tc>
          <w:tcPr>
            <w:tcW w:type="dxa" w:w="2916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String Length (in)</w:t>
            </w:r>
          </w:p>
        </w:tc>
        <w:tc>
          <w:tcPr>
            <w:tcW w:type="dxa" w:w="1971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Swings Trial 1</w:t>
            </w:r>
          </w:p>
        </w:tc>
        <w:tc>
          <w:tcPr>
            <w:tcW w:type="dxa" w:w="1971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Swings Trial 2</w:t>
            </w:r>
          </w:p>
        </w:tc>
        <w:tc>
          <w:tcPr>
            <w:tcW w:type="dxa" w:w="1971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Swings Trial 3</w:t>
            </w:r>
          </w:p>
        </w:tc>
        <w:tc>
          <w:tcPr>
            <w:tcW w:type="dxa" w:w="1971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Average</w:t>
            </w: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Length #1: ______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Length #2: ______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Length #3: ______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Length #4: ______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🅱️  Part B: Does the amount of weight change the swing?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You will change the weight while keeping the string length exactly the same — use whichever length worked well in Part A.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Hypothesis: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I predict a pendulum with __________ (more / less) weight will swing more times in 20 seconds. I predict __________ weight will swing fewer times, because ________________________.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1.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Choose one string length and keep it exactly the same for every test in Part B.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2.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Attach the small weight to the end of the string.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3.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Pull the pendulum back to the same starting angle every time and let it go without pushing.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4.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Count the full back-and-forth swings in 20 seconds and record it.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5.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Repeat 2 more times with the small weight, then find the average of your 3 trials.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6.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Swap in the next weight and repeat steps 3–5 for each weight.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Mar>
              <w:top w:w="45" w:type="dxa"/>
              <w:left w:w="120" w:type="dxa"/>
              <w:bottom w:w="45" w:type="dxa"/>
              <w:right w:w="120" w:type="dxa"/>
            </w:tcMar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</w:tcPr>
          <w:p>
            <w:pPr>
              <w:keepNext/>
              <w:spacing w:after="20" w:before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📊  Data B — Record Your Results</w:t>
            </w:r>
          </w:p>
        </w:tc>
      </w:tr>
    </w:tbl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2916"/>
        <w:gridCol w:w="1971"/>
        <w:gridCol w:w="1971"/>
        <w:gridCol w:w="1971"/>
        <w:gridCol w:w="1971"/>
      </w:tblGrid>
      <w:tr>
        <w:trPr>
          <w:cantSplit/>
        </w:trPr>
        <w:tc>
          <w:tcPr>
            <w:tcW w:type="dxa" w:w="2916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Amount of Weight</w:t>
            </w:r>
          </w:p>
        </w:tc>
        <w:tc>
          <w:tcPr>
            <w:tcW w:type="dxa" w:w="1971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Swings Trial 1</w:t>
            </w:r>
          </w:p>
        </w:tc>
        <w:tc>
          <w:tcPr>
            <w:tcW w:type="dxa" w:w="1971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Swings Trial 2</w:t>
            </w:r>
          </w:p>
        </w:tc>
        <w:tc>
          <w:tcPr>
            <w:tcW w:type="dxa" w:w="1971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Swings Trial 3</w:t>
            </w:r>
          </w:p>
        </w:tc>
        <w:tc>
          <w:tcPr>
            <w:tcW w:type="dxa" w:w="1971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Average</w:t>
            </w: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Small weight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Medium weight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Large weight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📈  Graphing Your Data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Make one graph or table for Part A and one for Part B. You can make a bar chart of the average swings for each string length, or a graph with string length on the x-axis and number of swings on the y-axis. You can even just show your data table.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✏️  Conclusion — What Did You Find?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/>
                <w:color w:val="1A1A1A"/>
                <w:sz w:val="20"/>
              </w:rPr>
              <w:t>Use this fill-in template to write your conclusion. Answer in complete sentences.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Part A: This experiment tested how string length affects the number of swings in 20 seconds. The results show that the ____________ string swung the most times, and the ____________ string swung the fewest. My prediction was ____________. As you can see from the data, this prediction was ____________.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Part B: This experiment tested how the amount of weight affects the number of swings in 20 seconds. The results show that ________________________. My prediction was ____________. As you can see from the data, this prediction was ____________.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Comparing both parts: which variable — length or weight — changed the swing more? ______________. Why do scientists test only one variable at a time? ________________________. Why does knowing about pendulums matter in real life (clocks, playground swings, wrecking balls)? ________________________</w:t>
            </w:r>
          </w:p>
        </w:tc>
      </w:tr>
    </w:tbl>
    <w:p>
      <w:pPr>
        <w:spacing w:after="0" w:before="0" w:line="8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Mar>
              <w:top w:w="40" w:type="dxa"/>
              <w:left w:w="120" w:type="dxa"/>
              <w:bottom w:w="40" w:type="dxa"/>
              <w:right w:w="120" w:type="dxa"/>
            </w:tcMar>
          </w:tcPr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Avante Science  |  avantescience.org  |  Empowering young minds through equitable, hands-on science education</w:t>
            </w:r>
          </w:p>
        </w:tc>
      </w:tr>
    </w:tbl>
    <w:sectPr w:rsidR="00FC693F" w:rsidRPr="0006063C" w:rsidSect="00034616"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