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110" w:type="dxa"/>
              <w:left w:w="120" w:type="dxa"/>
              <w:bottom w:w="9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El maravilloso mundo de los ácidos y las bases</w:t>
            </w:r>
          </w:p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24"/>
              </w:rPr>
              <w:t>¿Qué líquidos del hogar son ácidos o básicos?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C9A84C"/>
            <w:tcMar>
              <w:top w:w="40" w:type="dxa"/>
              <w:left w:w="120" w:type="dxa"/>
              <w:bottom w:w="4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Avante Science  •  Feria de Ciencias de Primaria  •  Química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9300"/>
      </w:tblGrid>
      <w:tr>
        <w:trPr>
          <w:trHeight w:val="1368" w:hRule="atLeast"/>
        </w:trPr>
        <w:tc>
          <w:tcPr>
            <w:tcW w:type="dxa" w:w="15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77240" cy="7772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00"/>
            <w:shd w:val="clear" w:color="auto" w:fill="FBF1DD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60" w:type="dxa"/>
              <w:left w:w="160" w:type="dxa"/>
              <w:bottom w:w="60" w:type="dxa"/>
              <w:right w:w="120" w:type="dxa"/>
            </w:tcMar>
            <w:vAlign w:val="center"/>
          </w:tcPr>
          <w:p>
            <w:pPr>
              <w:spacing w:after="40" w:before="0" w:line="240" w:lineRule="auto"/>
            </w:pPr>
            <w:r>
              <w:rPr>
                <w:rFonts w:ascii="Arial" w:hAnsi="Arial" w:eastAsia="Arial"/>
                <w:b/>
                <w:i w:val="0"/>
                <w:color w:val="9C6B15"/>
                <w:sz w:val="23"/>
              </w:rPr>
              <w:t>📺  Video de introducción</w:t>
            </w:r>
          </w:p>
          <w:p>
            <w:pPr>
              <w:spacing w:after="2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Escanea el código QR con un teléfono o tableta, o visita: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F4E9E"/>
                <w:sz w:val="19"/>
              </w:rPr>
              <w:t>https://www.youtube.com/watch?v=SVVJg5JXV8U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🔎  Antecedentes — ¿Qué está pasando?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¿Alguna vez te has preguntado por qué algunas cosas saben agrias, como los limones, y otras amargas, como el jabón? Los ácidos y las bases son dos tipos especiales de sustancias que están en los alimentos que comemos y en los productos de limpieza que usamos.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Los científicos miden qué tan ácida o básica es una sustancia con la escala de pH, del 1 al 14. Los ácidos están por debajo de 7 (mientras más bajo el número, más ácido). Las bases están por encima de 7 (mientras más alto, más básico). El agua pura es 7 — neutra. En este experimento usarás tiras de pH para descubrir qué líquidos de casa son ácidos y cuáles son bases.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❓  Pregunta científica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¿Qué líquidos del hogar son ácidos y cuáles son básicos?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💡  Hipótesis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Observa los líquidos que tienes en casa y predice cuáles son ácidos y cuáles son básicos.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Predigo que ________________________ y ________________________ serán ácidos. Predigo que ________________________ y ________________________ serán básicos.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🧰  Materiales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Tiras de pH y un gotero</w:t>
            </w:r>
          </w:p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Bicarbonato de sodio y ácido cítrico</w:t>
            </w:r>
          </w:p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Agua, jabón, jugo de limón u otros líquidos seguros de casa para probar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9C3B15"/>
                <w:sz w:val="20"/>
              </w:rPr>
              <w:t xml:space="preserve">⚠️  Seguridad: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Solo prueba un líquido si un adulto dice que es seguro — nunca jabón ni productos de limpieza. Mantén las tiras y los químicos lejos de tus ojos. Pide permiso a un adulto antes de empezar y limpia al terminar.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🔬  ¡Experimentemos! — Paso a paso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1.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Llena tres vasos hasta la mitad con agua. Mezcla una cucharada de ácido cítrico en el primer vaso y una cucharada de bicarbonato en el segundo. Deja el tercero con agua sola.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2.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Arranca una tira de papel de pH para cada vaso.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3.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Con el gotero, pon una gota de agua sola sobre una tira. Espera 10 segundos y compara el color con la tabla. Anota el número más cercano en la tabla de datos.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4.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Enjuaga el gotero y repite con el vaso de ácido cítrico y el de bicarbonato.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5.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Si un adulto dice que está bien, prueba una gotita de cada líquido. ¿A qué saben?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6.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En un cuarto vaso, mezcla un gotero de agua con ácido cítrico y un gotero de agua con bicarbonato. ¿Qué pasa? Mide su pH y anótalo.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7.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Busca otros líquidos en casa y mide su pH de la misma manera.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5" w:type="dxa"/>
              <w:left w:w="120" w:type="dxa"/>
              <w:bottom w:w="45" w:type="dxa"/>
              <w:right w:w="120" w:type="dxa"/>
            </w:tcMar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</w:tcPr>
          <w:p>
            <w:pPr>
              <w:keepNext/>
              <w:spacing w:after="20" w:before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📊  Tabla de datos — Anota tus resultados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Líquido</w:t>
            </w:r>
          </w:p>
        </w:tc>
        <w:tc>
          <w:tcPr>
            <w:tcW w:type="dxa" w:w="36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Número de pH</w:t>
            </w:r>
          </w:p>
        </w:tc>
        <w:tc>
          <w:tcPr>
            <w:tcW w:type="dxa" w:w="36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¿Ácido, base o neutro?</w:t>
            </w:r>
          </w:p>
        </w:tc>
      </w:tr>
      <w:tr>
        <w:trPr>
          <w:trHeight w:val="346" w:hRule="atLeast"/>
          <w:cantSplit/>
        </w:trPr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Agua</w:t>
            </w:r>
          </w:p>
        </w:tc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346" w:hRule="atLeast"/>
          <w:cantSplit/>
        </w:trPr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Agua + ácido cítrico</w:t>
            </w:r>
          </w:p>
        </w:tc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346" w:hRule="atLeast"/>
          <w:cantSplit/>
        </w:trPr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Agua + bicarbonato</w:t>
            </w:r>
          </w:p>
        </w:tc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346" w:hRule="atLeast"/>
          <w:cantSplit/>
        </w:trPr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Ácido cítrico + bicarbonato</w:t>
            </w:r>
          </w:p>
        </w:tc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346" w:hRule="atLeast"/>
          <w:cantSplit/>
        </w:trPr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______________________</w:t>
            </w:r>
          </w:p>
        </w:tc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346" w:hRule="atLeast"/>
          <w:cantSplit/>
        </w:trPr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______________________</w:t>
            </w:r>
          </w:p>
        </w:tc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346" w:hRule="atLeast"/>
          <w:cantSplit/>
        </w:trPr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______________________</w:t>
            </w:r>
          </w:p>
        </w:tc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36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✏️  Conclusión — ¿Qué descubriste?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/>
                <w:color w:val="1A1A1A"/>
                <w:sz w:val="20"/>
              </w:rPr>
              <w:t>Usa esta plantilla para escribir tu conclusión. Responde con oraciones completas.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Este experimento probó cómo ________________________ afectaría a ________________________.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Los resultados muestran que ________________________ eran ácidos y ________________________ eran básicos.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Mi predicción fue ________________________. Como puedes ver en los datos, esta predicción fue ____________ (correcta / incorrecta).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🌟  Desafío extra (opcional)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Prueba mezclar dos líquidos básicos, o dos líquidos ácidos. ¿Cambia el pH?</w:t>
            </w:r>
          </w:p>
        </w:tc>
      </w:tr>
    </w:tbl>
    <w:p>
      <w:pPr>
        <w:spacing w:after="0" w:before="0" w:line="8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0" w:type="dxa"/>
              <w:left w:w="120" w:type="dxa"/>
              <w:bottom w:w="4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Avante Science  |  avantescience.org  |  Empoderando a jóvenes mentes con educación científica práctica y equitativa</w:t>
            </w:r>
          </w:p>
        </w:tc>
      </w:tr>
    </w:tbl>
    <w:sectPr w:rsidR="00FC693F" w:rsidRPr="0006063C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