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110" w:type="dxa"/>
              <w:left w:w="120" w:type="dxa"/>
              <w:bottom w:w="9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¡Construye un barco!</w:t>
            </w:r>
          </w:p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24"/>
              </w:rPr>
              <w:t>¿Qué forma soporta más peso?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C9A84C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Avante Science  •  Feria de Ciencias de Primaria  •  Ingeniería y diseño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9300"/>
      </w:tblGrid>
      <w:tr>
        <w:trPr>
          <w:trHeight w:val="1368" w:hRule="atLeast"/>
        </w:trPr>
        <w:tc>
          <w:tcPr>
            <w:tcW w:type="dxa" w:w="15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0"/>
            <w:shd w:val="clear" w:color="auto" w:fill="FBF1DD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>
            <w:pPr>
              <w:spacing w:after="40" w:before="0" w:line="240" w:lineRule="auto"/>
            </w:pPr>
            <w:r>
              <w:rPr>
                <w:rFonts w:ascii="Arial" w:hAnsi="Arial" w:eastAsia="Arial"/>
                <w:b/>
                <w:i w:val="0"/>
                <w:color w:val="9C6B15"/>
                <w:sz w:val="23"/>
              </w:rPr>
              <w:t>📺  Video de introducción</w:t>
            </w:r>
          </w:p>
          <w:p>
            <w:pPr>
              <w:spacing w:after="2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Escanea el código QR con un teléfono o tableta, o visita: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F4E9E"/>
                <w:sz w:val="19"/>
              </w:rPr>
              <w:t>https://www.youtube.com/watch?v=2eMgzER3eVU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🔎  Antecedentes — ¿Qué está pasando?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¿Alguna vez te has preguntado cómo flotan los barcos? ¡Incluso los grandes barcos de carga se mantienen a flote con toneladas de peso encima! Los barcos tienen muchas formas. Algunos se construyen para ser rápidos y otros para ser fuertes y soportar mucho peso.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En este experimento construirás cuatro formas de barco con papel de aluminio y probarás cuánto peso aguanta cada una antes de hundirse. ¿Construirías un barco plano como una barcaza, o uno profundo como un barco de pesca? ¡Vamos a descubrir qué forma funciona mejor!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❓  Pregunta científica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¿Qué forma de barco puede soportar más peso antes de hundirse?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💡  Hipótesis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Piensa en las diferentes formas de barcos que has visto. ¿Cuál crees que soportará más peso?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Creo que un barco de forma ____________________ soportará más peso. Creo esto porque ________________________.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🧰  Materiales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4 hojas de papel de aluminio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Una caja de clips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Un recipiente mediano con unas 3 pulgadas de agua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9C3B15"/>
                <w:sz w:val="20"/>
              </w:rPr>
              <w:t xml:space="preserve">⚠️  Seguridad: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Haz este experimento sobre una toalla o bandeja por si salpica. Pide permiso a un adulto antes de empezar y limpia al terminar.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🔬  ¡Experimentemos! — Paso a paso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Llena tu recipiente con unas 3 pulgadas de agua y déjalo a un lado.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Usa una hoja de papel de aluminio para hacer un barco con tu propio diseño.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Repite 3 veces más para tener 4 formas de barco diferentes.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Anota en la tabla de datos la forma de cada barco (por ejemplo, “rectángulo y plano” o “profundo y triangular”).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Coloca tu primer barco en el agua y asegúrate de que flote.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6.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Agrega clips poco a poco, uno a la vez, hasta que el barco se vuelque o se hunda. Anota cuántos clips aguantó.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7.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Repite el paso 6 con el resto de tus barcos.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8.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Cuando hayas probado los cuatro barcos, pruébalos otra vez y anota los resultados.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Tabla de datos — Anota tus resultados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2916"/>
        <w:gridCol w:w="1971"/>
        <w:gridCol w:w="1971"/>
        <w:gridCol w:w="1971"/>
        <w:gridCol w:w="1971"/>
      </w:tblGrid>
      <w:tr>
        <w:trPr>
          <w:cantSplit/>
        </w:trPr>
        <w:tc>
          <w:tcPr>
            <w:tcW w:type="dxa" w:w="29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Número de barco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Descripción de la forma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Clips (1.er intento)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Clips (2.º intento)</w:t>
            </w:r>
          </w:p>
        </w:tc>
        <w:tc>
          <w:tcPr>
            <w:tcW w:type="dxa" w:w="1971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Promedio</w:t>
            </w: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1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2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3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4</w:t>
            </w: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1971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✏️  Conclusión — ¿Qué descubriste?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/>
                <w:color w:val="1A1A1A"/>
                <w:sz w:val="20"/>
              </w:rPr>
              <w:t>Usa esta plantilla para escribir tu conclusión. Responde con oraciones completas.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Este experimento probó cómo ________________________ afectaría a ________________________.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Los resultados muestran que una forma ________________________ soportó más peso que una forma ________________________.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Mi predicción fue ________________________. Como puedes ver en los datos, esta predicción fue ____________ (correcta / incorrecta).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🌟  Desafío extra (opcional)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Prueba agregar una vela de papel a uno de tus barcos. ¿Cambia cuánto peso puede soportar?</w:t>
            </w:r>
          </w:p>
        </w:tc>
      </w:tr>
    </w:tbl>
    <w:p>
      <w:pPr>
        <w:spacing w:after="0" w:before="0" w:line="8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Avante Science  |  avantescience.org  |  Empoderando a jóvenes mentes con educación científica práctica y equitativa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