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Experimento de fricción y rampa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¿Qué superficie deja que un carrito ruede más lejos?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Feria de Ciencias de Primaria  •  Ciencias físicas y fuerzas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Video de introducción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Escanea el código QR con un teléfono o tableta, o visita: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F4E9E"/>
                <w:sz w:val="19"/>
              </w:rPr>
              <w:t>https://www.youtube.com/watch?v=N8i2tlorQUA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Antecedentes — ¿Qué está pasando?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¿Alguna vez has notado lo fácil que es resbalar en el hielo, pero lo difícil que es correr en la arena? Eso se debe a la fricción: una fuerza que se crea cuando dos superficies se rozan. Las superficies más ásperas crean más fricción y frenan las cosas, y las más lisas crean menos fricción y dejan que las cosas se muevan con más libertad.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Los ingenieros piensan en la fricción todo el tiempo: por eso las llantas tienen relieve, los zapatos tienen agarre y los trineos tienen el fondo liso. En este experimento construirás tu propia rampa y probarás cómo diferentes superficies afectan qué tan lejos rueda un carrito de juguete al llegar al final.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Pregunta científica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¿Qué superficie deja que un carrito de juguete ruede más lejos después de bajar por una rampa?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Materiales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Una hoja de cartón de 8.5 x 11 pulgadas, un carrito de juguete pequeño, una regla o cinta métrica, cinta adhesiva, 3 tipos de papel de lija (fino, medio y grueso) y 2 materiales de casa de tu elección (tela, papel aluminio, papel encerado, una toalla de papel o cartón).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Seguridad: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Mantén despejada la zona de la rampa para que nadie tropiece con el carrito. Pide permiso a un adulto antes de empezar y limpia al terminar.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🛠️  Construye tu rampa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Coloca el cartón con el lado largo (11 pulgadas) de arriba a abajo, como un rectángulo alto.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Mide 3 pulgadas desde la esquina superior izquierda y haz una marca. Dibuja una línea desde esa marca hasta la esquina inferior izquierda.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Haz lo mismo del lado derecho: 3 pulgadas desde la esquina superior derecha y una línea hasta la esquina inferior derecha.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Dobla por ambas líneas y pliega cada aleta para que quede derecha, de arriba a abajo, debajo de la rampa. Esas aletas son las patas que sostienen la rampa en ángulo. Si cuesta doblar, raspa primero la línea con un clip.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Pega las aletas con cinta debajo de la rampa para que la estructura mantenga su forma sola.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💡  Hipótesis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Observa los tipos de papel de lija y los materiales de casa que elegiste. Predice cuál dejará rodar más lejos al carrito y cuál lo detendrá más rápido.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Predigo que el carrito rodará más lejos en papel de lija __________. Predigo que rodará más lejos en __________ (material de casa). Predigo que __________ detendrá más rápido al carrito, porque ________________________.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🔬  ¡Experimentemos! — Paso a paso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Marca un punto de salida a la mitad de la rampa — coloca ahí el frente del carrito cada vez antes de soltarlo.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Coloca el carrito en tu punto de salida y suéltalo sin empujarlo.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Mide la distancia desde el final de la rampa hasta donde se detuvo el carrito. Anótala en la tabla de datos.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Repite 2 veces más (3 intentos) y calcula el promedio. Este es tu control.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Coloca tu primera superficie plana al final de la rampa, justo donde la rampa toca el piso.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Repite los pasos 2 a 4 con esta superficie (3 intentos) y calcula el promedio.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7.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Quítala y repite con cada tipo de papel de lija y cada material de casa que elegiste.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Tabla de datos — Anota tus resultados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1971"/>
        <w:gridCol w:w="1971"/>
        <w:gridCol w:w="1971"/>
        <w:gridCol w:w="1971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Superficie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Intento 1 (pulg)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Intento 2 (pulg)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Intento 3 (pulg)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Promedio (pulg)</w:t>
            </w: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Sin material (control)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Papel de lija fino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Papel de lija medio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Papel de lija grueso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Material de casa #1: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Material de casa #2: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Conclusión — ¿Qué descubriste?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Usa esta plantilla para escribir tu conclusión. Responde con oraciones completas.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Este experimento probó cómo ________________________ afecta a ________________________. Los resultados muestran que el carrito rodó más lejos en ________________________ y la distancia más corta en ________________________. Mi predicción fue ________________________. Como puedes ver en los datos, esta predicción fue 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¿Por qué es importante conocer la fricción en la vida real (llantas, zapatos, trineos)? ________________________</w:t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Empoderando a jóvenes mentes con educación científica práctica y equitativa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