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110" w:type="dxa"/>
              <w:left w:w="120" w:type="dxa"/>
              <w:bottom w:w="9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Experimento del péndulo</w:t>
            </w:r>
          </w:p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24"/>
              </w:rPr>
              <w:t>¿Qué cambia qué tan rápido se balancea un péndulo?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C9A84C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Avante Science  •  Feria de Ciencias de Primaria  •  Ciencias físicas y movimiento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9300"/>
      </w:tblGrid>
      <w:tr>
        <w:trPr>
          <w:trHeight w:val="1368" w:hRule="atLeast"/>
        </w:trPr>
        <w:tc>
          <w:tcPr>
            <w:tcW w:type="dxa" w:w="15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0"/>
            <w:shd w:val="clear" w:color="auto" w:fill="FBF1DD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>
            <w:pPr>
              <w:spacing w:after="40" w:before="0" w:line="240" w:lineRule="auto"/>
            </w:pPr>
            <w:r>
              <w:rPr>
                <w:rFonts w:ascii="Arial" w:hAnsi="Arial" w:eastAsia="Arial"/>
                <w:b/>
                <w:i w:val="0"/>
                <w:color w:val="9C6B15"/>
                <w:sz w:val="23"/>
              </w:rPr>
              <w:t>📺  Video de introducción</w:t>
            </w:r>
          </w:p>
          <w:p>
            <w:pPr>
              <w:spacing w:after="2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Escanea el código QR con un teléfono o tableta, o visita: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F4E9E"/>
                <w:sz w:val="19"/>
              </w:rPr>
              <w:t>https://www.youtube.com/watch?v=zzi4iPLz2Dw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🔎  Antecedentes — ¿Qué está pasando?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¿Alguna vez has visto un columpio en el parque o un reloj de péndulo y te has preguntado qué hace que se mueva de un lado a otro a la velocidad justa? Un péndulo es cualquier objeto que cuelga de un punto fijo y se balancea libremente, como un peso atado a un hilo. Los científicos e ingenieros han usado péndulos por cientos de años para medir el tiempo, porque su balanceo sigue un patrón muy predecible.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Pero ¿qué controla qué tan rápido se balancea? ¿Es el largo del hilo? ¿Es qué tan pesado es el peso? En este experimento probarás ambas cosas, una a la vez, para descubrir cuál cambia realmente cuántas veces se balancea un péndulo en 20 segundos.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❓  Pregunta científica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¿El largo del hilo de un péndulo cambia qué tan rápido se balancea? ¿La cantidad de peso en el extremo también lo cambia?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🧰  Materiales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Hilo o estambre, pesos pequeños, un clip, un clip de presión (binder) y un cronómetro.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9C3B15"/>
                <w:sz w:val="20"/>
              </w:rPr>
              <w:t xml:space="preserve">⚠️  Seguridad: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Mantén la cara lejos del peso que se balancea y no uses pesos pesados. Pide permiso a un adulto antes de empezar y limpia al terminar.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🅰️  Parte A: ¿El largo del hilo cambia el balanceo?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Cambiarás el largo del hilo y mantendrás el peso exactamente igual cada vez.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Hipótesis: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Predigo que un hilo __________ (más largo / más corto) hará que el péndulo se balancee más veces en 20 segundos. Predigo que un hilo __________ hará que se balancee menos veces, porque ________________________.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Construye el péndulo: mide un hilo de 24 a 30 pulgadas de largo. Abre un clip para que tenga un gancho en cada lado y átalo a un extremo del hilo. Marca el hilo cada 6 pulgadas desde el clip para saber el largo del péndulo.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Agrega un peso al clip.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Sujeta el otro extremo del hilo al borde de tu escritorio u otro lugar fácil para que el péndulo cuelgue y se balancee.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Anota el largo del hilo y jala el peso hacia atrás unas 6 a 10 pulgadas desde el centro.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Suéltalo (¡sin empujar!) y empieza tu cronómetro de 20 segundos al mismo tiempo.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Cuenta los balanceos completos de ida y vuelta en 20 segundos y anótalos.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7.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Repite 2 veces más con el mismo largo y calcula el promedio de los 3 intentos.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8.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Sujeta el hilo a un nuevo largo y repite los pasos 4 a 7. Prueba al menos 4 largos diferentes con el mismo peso.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Datos A — Anota tus resultados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2916"/>
        <w:gridCol w:w="1971"/>
        <w:gridCol w:w="1971"/>
        <w:gridCol w:w="1971"/>
        <w:gridCol w:w="1971"/>
      </w:tblGrid>
      <w:tr>
        <w:trPr>
          <w:cantSplit/>
        </w:trPr>
        <w:tc>
          <w:tcPr>
            <w:tcW w:type="dxa" w:w="29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Largo del hilo (pulg)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Balanceos intento 1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Balanceos intento 2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Balanceos intento 3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Promedio</w:t>
            </w: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Largo #1: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Largo #2: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Largo #3: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Largo #4: ______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🅱️  Parte B: ¿La cantidad de peso cambia el balanceo?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Cambiarás el peso y mantendrás el largo del hilo exactamente igual — usa el largo que funcionó bien en la Parte A.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Hipótesis: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Predigo que un péndulo con __________ (más / menos) peso se balanceará más veces en 20 segundos. Predigo que con __________ peso se balanceará menos veces, porque ________________________.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Elige un largo de hilo y mantenlo exactamente igual en todas las pruebas de la Parte B.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Sujeta el peso pequeño al extremo del hilo.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Jala el péndulo hacia atrás al mismo ángulo cada vez y suéltalo sin empujar.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Cuenta los balanceos completos de ida y vuelta en 20 segundos y anótalos.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Repite 2 veces más con el peso pequeño y calcula el promedio de tus 3 intentos.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Cambia al siguiente peso y repite los pasos 3 a 5 con cada peso.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Datos B — Anota tus resultados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2916"/>
        <w:gridCol w:w="1971"/>
        <w:gridCol w:w="1971"/>
        <w:gridCol w:w="1971"/>
        <w:gridCol w:w="1971"/>
      </w:tblGrid>
      <w:tr>
        <w:trPr>
          <w:cantSplit/>
        </w:trPr>
        <w:tc>
          <w:tcPr>
            <w:tcW w:type="dxa" w:w="29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Cantidad de peso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Balanceos intento 1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Balanceos intento 2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Balanceos intento 3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Promedio</w:t>
            </w: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Peso pequeño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Peso mediano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Peso grande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📈  Graficando tus datos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Haz una gráfica o tabla para la Parte A y otra para la Parte B. Puedes hacer una gráfica de barras con el promedio de balanceos de cada largo de hilo, o una gráfica con el largo del hilo en el eje x y el número de balanceos en el eje y. Incluso puedes mostrar solo tu tabla de datos.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✏️  Conclusión — ¿Qué descubriste?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/>
                <w:color w:val="1A1A1A"/>
                <w:sz w:val="20"/>
              </w:rPr>
              <w:t>Usa esta plantilla para escribir tu conclusión. Responde con oraciones completas.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Parte A: Este experimento probó cómo el largo del hilo afecta el número de balanceos en 20 segundos. Los resultados muestran que el hilo ____________ se balanceó más veces y el hilo ____________ se balanceó menos veces. Mi predicción fue ____________. Como puedes ver en los datos, esta predicción fue 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Parte B: Este experimento probó cómo la cantidad de peso afecta el número de balanceos en 20 segundos. Los resultados muestran que ________________________. Mi predicción fue ____________. Como puedes ver en los datos, esta predicción fue 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Comparando ambas partes: ¿qué variable — el largo o el peso — cambió más el balanceo? ______________. ¿Por qué los científicos prueban una sola variable a la vez? ________________________. ¿Por qué es importante conocer los péndulos en la vida real (relojes, columpios, bolas de demolición)? ________________________</w:t>
            </w:r>
          </w:p>
        </w:tc>
      </w:tr>
    </w:tbl>
    <w:p>
      <w:pPr>
        <w:spacing w:after="0" w:before="0" w:line="8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Avante Science  |  avantescience.org  |  Empoderando a jóvenes mentes con educación científica práctica y equitativa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